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9F8843" w14:textId="77777777" w:rsidR="000B1EAE" w:rsidRDefault="00000000">
      <w:pPr>
        <w:pStyle w:val="Nadpis1"/>
      </w:pPr>
      <w:r>
        <w:t>Miestnosť SO1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75"/>
        <w:gridCol w:w="2205"/>
        <w:gridCol w:w="1440"/>
        <w:gridCol w:w="1440"/>
        <w:gridCol w:w="1440"/>
        <w:gridCol w:w="1440"/>
      </w:tblGrid>
      <w:tr w:rsidR="000B1EAE" w14:paraId="3DA4CF35" w14:textId="77777777" w:rsidTr="001B417B">
        <w:tc>
          <w:tcPr>
            <w:tcW w:w="675" w:type="dxa"/>
          </w:tcPr>
          <w:p w14:paraId="7B3B4BCD" w14:textId="77777777" w:rsidR="000B1EAE" w:rsidRDefault="00000000">
            <w:proofErr w:type="spellStart"/>
            <w:r>
              <w:t>Číslo</w:t>
            </w:r>
            <w:proofErr w:type="spellEnd"/>
          </w:p>
        </w:tc>
        <w:tc>
          <w:tcPr>
            <w:tcW w:w="2205" w:type="dxa"/>
          </w:tcPr>
          <w:p w14:paraId="2CD7F308" w14:textId="77777777" w:rsidR="000B1EAE" w:rsidRDefault="00000000">
            <w:r>
              <w:t>Priorita</w:t>
            </w:r>
          </w:p>
        </w:tc>
        <w:tc>
          <w:tcPr>
            <w:tcW w:w="1440" w:type="dxa"/>
          </w:tcPr>
          <w:p w14:paraId="7393419C" w14:textId="77777777" w:rsidR="000B1EAE" w:rsidRDefault="00000000">
            <w:r>
              <w:t>Inv. číslo</w:t>
            </w:r>
          </w:p>
        </w:tc>
        <w:tc>
          <w:tcPr>
            <w:tcW w:w="1440" w:type="dxa"/>
          </w:tcPr>
          <w:p w14:paraId="7348F75A" w14:textId="537FFFBC" w:rsidR="000B1EAE" w:rsidRDefault="00000000">
            <w:proofErr w:type="spellStart"/>
            <w:r>
              <w:t>Vyobrazenie</w:t>
            </w:r>
            <w:proofErr w:type="spellEnd"/>
            <w:r w:rsidR="001B417B">
              <w:t xml:space="preserve"> / </w:t>
            </w:r>
            <w:proofErr w:type="spellStart"/>
            <w:r w:rsidR="001B417B">
              <w:t>fotografia</w:t>
            </w:r>
            <w:proofErr w:type="spellEnd"/>
          </w:p>
        </w:tc>
        <w:tc>
          <w:tcPr>
            <w:tcW w:w="1440" w:type="dxa"/>
          </w:tcPr>
          <w:p w14:paraId="5146374C" w14:textId="77777777" w:rsidR="000B1EAE" w:rsidRDefault="00000000">
            <w:r>
              <w:t>Objekt</w:t>
            </w:r>
          </w:p>
        </w:tc>
        <w:tc>
          <w:tcPr>
            <w:tcW w:w="1440" w:type="dxa"/>
          </w:tcPr>
          <w:p w14:paraId="0DC44557" w14:textId="77777777" w:rsidR="000B1EAE" w:rsidRDefault="00000000">
            <w:r>
              <w:t>Rozmery, hmotnosť</w:t>
            </w:r>
          </w:p>
        </w:tc>
      </w:tr>
      <w:tr w:rsidR="000B1EAE" w14:paraId="117B91D9" w14:textId="77777777" w:rsidTr="001B417B">
        <w:tc>
          <w:tcPr>
            <w:tcW w:w="675" w:type="dxa"/>
          </w:tcPr>
          <w:p w14:paraId="76ADEB5C" w14:textId="77777777" w:rsidR="000B1EAE" w:rsidRDefault="00000000">
            <w:r>
              <w:t>1</w:t>
            </w:r>
          </w:p>
        </w:tc>
        <w:tc>
          <w:tcPr>
            <w:tcW w:w="2205" w:type="dxa"/>
          </w:tcPr>
          <w:p w14:paraId="092B10BA" w14:textId="77777777" w:rsidR="000B1EAE" w:rsidRDefault="000B1EAE"/>
        </w:tc>
        <w:tc>
          <w:tcPr>
            <w:tcW w:w="1440" w:type="dxa"/>
          </w:tcPr>
          <w:p w14:paraId="542D5D0D" w14:textId="77777777" w:rsidR="000B1EAE" w:rsidRDefault="00000000">
            <w:r>
              <w:t>1234567890</w:t>
            </w:r>
          </w:p>
        </w:tc>
        <w:tc>
          <w:tcPr>
            <w:tcW w:w="1440" w:type="dxa"/>
          </w:tcPr>
          <w:p w14:paraId="6B579F60" w14:textId="77777777" w:rsidR="000B1EAE" w:rsidRDefault="000B1EAE"/>
        </w:tc>
        <w:tc>
          <w:tcPr>
            <w:tcW w:w="1440" w:type="dxa"/>
          </w:tcPr>
          <w:p w14:paraId="1B8A160C" w14:textId="77777777" w:rsidR="000B1EAE" w:rsidRDefault="00000000">
            <w:r>
              <w:t>Meno Meno</w:t>
            </w:r>
            <w:r>
              <w:br/>
              <w:t>Názov, rok</w:t>
            </w:r>
            <w:r>
              <w:br/>
              <w:t>Médium, technika</w:t>
            </w:r>
          </w:p>
        </w:tc>
        <w:tc>
          <w:tcPr>
            <w:tcW w:w="1440" w:type="dxa"/>
          </w:tcPr>
          <w:p w14:paraId="1B7C7AB1" w14:textId="77777777" w:rsidR="000B1EAE" w:rsidRDefault="00000000">
            <w:r>
              <w:t>111 x 111 cm</w:t>
            </w:r>
            <w:r>
              <w:br/>
              <w:t>Rozmery rámu: 123 x 123 cm</w:t>
            </w:r>
            <w:r>
              <w:br/>
              <w:t>Výška nad podlahou: 111 cm</w:t>
            </w:r>
          </w:p>
        </w:tc>
      </w:tr>
      <w:tr w:rsidR="000B1EAE" w14:paraId="6BAAC480" w14:textId="77777777" w:rsidTr="001B417B">
        <w:tc>
          <w:tcPr>
            <w:tcW w:w="675" w:type="dxa"/>
          </w:tcPr>
          <w:p w14:paraId="4C96F87D" w14:textId="77777777" w:rsidR="000B1EAE" w:rsidRDefault="00000000">
            <w:r>
              <w:t>2</w:t>
            </w:r>
          </w:p>
        </w:tc>
        <w:tc>
          <w:tcPr>
            <w:tcW w:w="2205" w:type="dxa"/>
          </w:tcPr>
          <w:p w14:paraId="56C7B843" w14:textId="77777777" w:rsidR="000B1EAE" w:rsidRDefault="000B1EAE"/>
        </w:tc>
        <w:tc>
          <w:tcPr>
            <w:tcW w:w="1440" w:type="dxa"/>
          </w:tcPr>
          <w:p w14:paraId="46F4CEE9" w14:textId="77777777" w:rsidR="000B1EAE" w:rsidRDefault="00000000">
            <w:r>
              <w:t>1234567890</w:t>
            </w:r>
          </w:p>
        </w:tc>
        <w:tc>
          <w:tcPr>
            <w:tcW w:w="1440" w:type="dxa"/>
          </w:tcPr>
          <w:p w14:paraId="38B2A20D" w14:textId="77777777" w:rsidR="000B1EAE" w:rsidRDefault="000B1EAE"/>
        </w:tc>
        <w:tc>
          <w:tcPr>
            <w:tcW w:w="1440" w:type="dxa"/>
          </w:tcPr>
          <w:p w14:paraId="37FFABA8" w14:textId="77777777" w:rsidR="000B1EAE" w:rsidRDefault="00000000">
            <w:r>
              <w:t>Meno Meno</w:t>
            </w:r>
            <w:r>
              <w:br/>
              <w:t>Názov, rok</w:t>
            </w:r>
            <w:r>
              <w:br/>
              <w:t>Médium, technika</w:t>
            </w:r>
          </w:p>
        </w:tc>
        <w:tc>
          <w:tcPr>
            <w:tcW w:w="1440" w:type="dxa"/>
          </w:tcPr>
          <w:p w14:paraId="66692B30" w14:textId="77777777" w:rsidR="000B1EAE" w:rsidRDefault="00000000">
            <w:r>
              <w:t>111 x 111 cm</w:t>
            </w:r>
            <w:r>
              <w:br/>
              <w:t>Rozmery rámu: 123 x 123 cm</w:t>
            </w:r>
            <w:r>
              <w:br/>
              <w:t>Výška nad podlahou: 111 cm</w:t>
            </w:r>
          </w:p>
        </w:tc>
      </w:tr>
      <w:tr w:rsidR="000B1EAE" w14:paraId="69B0E334" w14:textId="77777777" w:rsidTr="001B417B">
        <w:tc>
          <w:tcPr>
            <w:tcW w:w="675" w:type="dxa"/>
          </w:tcPr>
          <w:p w14:paraId="11414A34" w14:textId="77777777" w:rsidR="000B1EAE" w:rsidRDefault="00000000">
            <w:r>
              <w:t>3</w:t>
            </w:r>
          </w:p>
        </w:tc>
        <w:tc>
          <w:tcPr>
            <w:tcW w:w="2205" w:type="dxa"/>
          </w:tcPr>
          <w:p w14:paraId="10C86F5B" w14:textId="77777777" w:rsidR="000B1EAE" w:rsidRDefault="000B1EAE"/>
        </w:tc>
        <w:tc>
          <w:tcPr>
            <w:tcW w:w="1440" w:type="dxa"/>
          </w:tcPr>
          <w:p w14:paraId="7464ADF4" w14:textId="77777777" w:rsidR="000B1EAE" w:rsidRDefault="00000000">
            <w:r>
              <w:t>1234567890</w:t>
            </w:r>
          </w:p>
        </w:tc>
        <w:tc>
          <w:tcPr>
            <w:tcW w:w="1440" w:type="dxa"/>
          </w:tcPr>
          <w:p w14:paraId="557256CF" w14:textId="77777777" w:rsidR="000B1EAE" w:rsidRDefault="000B1EAE"/>
        </w:tc>
        <w:tc>
          <w:tcPr>
            <w:tcW w:w="1440" w:type="dxa"/>
          </w:tcPr>
          <w:p w14:paraId="1E793611" w14:textId="77777777" w:rsidR="000B1EAE" w:rsidRDefault="00000000">
            <w:r>
              <w:t>Meno Meno</w:t>
            </w:r>
            <w:r>
              <w:br/>
              <w:t>Názov, rok</w:t>
            </w:r>
            <w:r>
              <w:br/>
              <w:t>Médium, technika</w:t>
            </w:r>
          </w:p>
        </w:tc>
        <w:tc>
          <w:tcPr>
            <w:tcW w:w="1440" w:type="dxa"/>
          </w:tcPr>
          <w:p w14:paraId="2B1BEF1D" w14:textId="77777777" w:rsidR="000B1EAE" w:rsidRDefault="00000000">
            <w:r>
              <w:t>111 x 111 cm</w:t>
            </w:r>
            <w:r>
              <w:br/>
              <w:t>Rozmery rámu: 123 x 123 cm</w:t>
            </w:r>
            <w:r>
              <w:br/>
              <w:t>Výška nad podlahou: 111 cm</w:t>
            </w:r>
          </w:p>
        </w:tc>
      </w:tr>
      <w:tr w:rsidR="000B1EAE" w14:paraId="0232395A" w14:textId="77777777" w:rsidTr="001B417B">
        <w:tc>
          <w:tcPr>
            <w:tcW w:w="675" w:type="dxa"/>
          </w:tcPr>
          <w:p w14:paraId="42094085" w14:textId="77777777" w:rsidR="000B1EAE" w:rsidRDefault="00000000">
            <w:r>
              <w:t>4</w:t>
            </w:r>
          </w:p>
        </w:tc>
        <w:tc>
          <w:tcPr>
            <w:tcW w:w="2205" w:type="dxa"/>
          </w:tcPr>
          <w:p w14:paraId="77FD071A" w14:textId="77777777" w:rsidR="000B1EAE" w:rsidRDefault="000B1EAE"/>
        </w:tc>
        <w:tc>
          <w:tcPr>
            <w:tcW w:w="1440" w:type="dxa"/>
          </w:tcPr>
          <w:p w14:paraId="41067A04" w14:textId="77777777" w:rsidR="000B1EAE" w:rsidRDefault="00000000">
            <w:r>
              <w:t>1234567890</w:t>
            </w:r>
          </w:p>
        </w:tc>
        <w:tc>
          <w:tcPr>
            <w:tcW w:w="1440" w:type="dxa"/>
          </w:tcPr>
          <w:p w14:paraId="3083B1D0" w14:textId="77777777" w:rsidR="000B1EAE" w:rsidRDefault="000B1EAE"/>
        </w:tc>
        <w:tc>
          <w:tcPr>
            <w:tcW w:w="1440" w:type="dxa"/>
          </w:tcPr>
          <w:p w14:paraId="4749418B" w14:textId="77777777" w:rsidR="000B1EAE" w:rsidRDefault="00000000">
            <w:r>
              <w:t>Meno Meno</w:t>
            </w:r>
            <w:r>
              <w:br/>
              <w:t>Názov, rok</w:t>
            </w:r>
            <w:r>
              <w:br/>
              <w:t>Médium, technika</w:t>
            </w:r>
          </w:p>
        </w:tc>
        <w:tc>
          <w:tcPr>
            <w:tcW w:w="1440" w:type="dxa"/>
          </w:tcPr>
          <w:p w14:paraId="60644830" w14:textId="77777777" w:rsidR="000B1EAE" w:rsidRDefault="00000000">
            <w:r>
              <w:t>111 x 111 cm</w:t>
            </w:r>
            <w:r>
              <w:br/>
              <w:t>Rozmery rámu: 123 x 123 cm</w:t>
            </w:r>
            <w:r>
              <w:br/>
              <w:t>Výška nad podlahou: 111 cm</w:t>
            </w:r>
          </w:p>
        </w:tc>
      </w:tr>
      <w:tr w:rsidR="000B1EAE" w14:paraId="3B394849" w14:textId="77777777" w:rsidTr="001B417B">
        <w:tc>
          <w:tcPr>
            <w:tcW w:w="675" w:type="dxa"/>
          </w:tcPr>
          <w:p w14:paraId="5BCED1FD" w14:textId="77777777" w:rsidR="000B1EAE" w:rsidRDefault="00000000">
            <w:r>
              <w:t>5</w:t>
            </w:r>
          </w:p>
        </w:tc>
        <w:tc>
          <w:tcPr>
            <w:tcW w:w="2205" w:type="dxa"/>
          </w:tcPr>
          <w:p w14:paraId="285ABBC5" w14:textId="77777777" w:rsidR="000B1EAE" w:rsidRDefault="000B1EAE"/>
        </w:tc>
        <w:tc>
          <w:tcPr>
            <w:tcW w:w="1440" w:type="dxa"/>
          </w:tcPr>
          <w:p w14:paraId="3BE22B6A" w14:textId="77777777" w:rsidR="000B1EAE" w:rsidRDefault="00000000">
            <w:r>
              <w:t>1234567890</w:t>
            </w:r>
          </w:p>
        </w:tc>
        <w:tc>
          <w:tcPr>
            <w:tcW w:w="1440" w:type="dxa"/>
          </w:tcPr>
          <w:p w14:paraId="6EA859D9" w14:textId="77777777" w:rsidR="000B1EAE" w:rsidRDefault="000B1EAE"/>
        </w:tc>
        <w:tc>
          <w:tcPr>
            <w:tcW w:w="1440" w:type="dxa"/>
          </w:tcPr>
          <w:p w14:paraId="4B8BB997" w14:textId="77777777" w:rsidR="000B1EAE" w:rsidRDefault="00000000">
            <w:r>
              <w:t>Meno Meno</w:t>
            </w:r>
            <w:r>
              <w:br/>
              <w:t>Názov, rok</w:t>
            </w:r>
            <w:r>
              <w:br/>
              <w:t>Médium, technika</w:t>
            </w:r>
          </w:p>
        </w:tc>
        <w:tc>
          <w:tcPr>
            <w:tcW w:w="1440" w:type="dxa"/>
          </w:tcPr>
          <w:p w14:paraId="4A5BB4F0" w14:textId="77777777" w:rsidR="000B1EAE" w:rsidRDefault="00000000">
            <w:r>
              <w:t>111 x 111 cm</w:t>
            </w:r>
            <w:r>
              <w:br/>
              <w:t>Rozmery rámu: 123 x 123 cm</w:t>
            </w:r>
            <w:r>
              <w:br/>
              <w:t>Výška nad podlahou: 111 cm</w:t>
            </w:r>
          </w:p>
        </w:tc>
      </w:tr>
      <w:tr w:rsidR="000B1EAE" w14:paraId="5D87996B" w14:textId="77777777" w:rsidTr="001B417B">
        <w:tc>
          <w:tcPr>
            <w:tcW w:w="675" w:type="dxa"/>
          </w:tcPr>
          <w:p w14:paraId="1F96DDFB" w14:textId="77777777" w:rsidR="000B1EAE" w:rsidRDefault="00000000">
            <w:r>
              <w:t>6</w:t>
            </w:r>
          </w:p>
        </w:tc>
        <w:tc>
          <w:tcPr>
            <w:tcW w:w="2205" w:type="dxa"/>
          </w:tcPr>
          <w:p w14:paraId="79CEA844" w14:textId="77777777" w:rsidR="000B1EAE" w:rsidRDefault="000B1EAE"/>
        </w:tc>
        <w:tc>
          <w:tcPr>
            <w:tcW w:w="1440" w:type="dxa"/>
          </w:tcPr>
          <w:p w14:paraId="081A40DA" w14:textId="77777777" w:rsidR="000B1EAE" w:rsidRDefault="00000000">
            <w:r>
              <w:t>1234567890</w:t>
            </w:r>
          </w:p>
        </w:tc>
        <w:tc>
          <w:tcPr>
            <w:tcW w:w="1440" w:type="dxa"/>
          </w:tcPr>
          <w:p w14:paraId="7236A051" w14:textId="77777777" w:rsidR="000B1EAE" w:rsidRDefault="000B1EAE"/>
        </w:tc>
        <w:tc>
          <w:tcPr>
            <w:tcW w:w="1440" w:type="dxa"/>
          </w:tcPr>
          <w:p w14:paraId="34B13B50" w14:textId="77777777" w:rsidR="000B1EAE" w:rsidRDefault="00000000">
            <w:r>
              <w:t>Meno Meno</w:t>
            </w:r>
            <w:r>
              <w:br/>
              <w:t>Názov, rok</w:t>
            </w:r>
            <w:r>
              <w:br/>
              <w:t>Médium, technika</w:t>
            </w:r>
          </w:p>
        </w:tc>
        <w:tc>
          <w:tcPr>
            <w:tcW w:w="1440" w:type="dxa"/>
          </w:tcPr>
          <w:p w14:paraId="0E3D3785" w14:textId="77777777" w:rsidR="000B1EAE" w:rsidRDefault="00000000">
            <w:r>
              <w:t>111 x 111 cm</w:t>
            </w:r>
            <w:r>
              <w:br/>
              <w:t xml:space="preserve">Rozmery rámu: 123 x </w:t>
            </w:r>
            <w:r>
              <w:lastRenderedPageBreak/>
              <w:t>123 cm</w:t>
            </w:r>
            <w:r>
              <w:br/>
              <w:t>Výška nad podlahou: 111 cm</w:t>
            </w:r>
          </w:p>
        </w:tc>
      </w:tr>
      <w:tr w:rsidR="000B1EAE" w14:paraId="197D99CD" w14:textId="77777777" w:rsidTr="001B417B">
        <w:tc>
          <w:tcPr>
            <w:tcW w:w="675" w:type="dxa"/>
          </w:tcPr>
          <w:p w14:paraId="36158F3D" w14:textId="77777777" w:rsidR="000B1EAE" w:rsidRDefault="00000000">
            <w:r>
              <w:lastRenderedPageBreak/>
              <w:t>7</w:t>
            </w:r>
          </w:p>
        </w:tc>
        <w:tc>
          <w:tcPr>
            <w:tcW w:w="2205" w:type="dxa"/>
          </w:tcPr>
          <w:p w14:paraId="7424EA2E" w14:textId="77777777" w:rsidR="000B1EAE" w:rsidRDefault="000B1EAE"/>
        </w:tc>
        <w:tc>
          <w:tcPr>
            <w:tcW w:w="1440" w:type="dxa"/>
          </w:tcPr>
          <w:p w14:paraId="4738CA71" w14:textId="77777777" w:rsidR="000B1EAE" w:rsidRDefault="00000000">
            <w:r>
              <w:t>1234567890</w:t>
            </w:r>
          </w:p>
        </w:tc>
        <w:tc>
          <w:tcPr>
            <w:tcW w:w="1440" w:type="dxa"/>
          </w:tcPr>
          <w:p w14:paraId="68BB21E5" w14:textId="77777777" w:rsidR="000B1EAE" w:rsidRDefault="000B1EAE"/>
        </w:tc>
        <w:tc>
          <w:tcPr>
            <w:tcW w:w="1440" w:type="dxa"/>
          </w:tcPr>
          <w:p w14:paraId="6E104E04" w14:textId="77777777" w:rsidR="000B1EAE" w:rsidRDefault="00000000">
            <w:r>
              <w:t>Meno Meno</w:t>
            </w:r>
            <w:r>
              <w:br/>
              <w:t>Názov, rok</w:t>
            </w:r>
            <w:r>
              <w:br/>
              <w:t>Médium, technika</w:t>
            </w:r>
          </w:p>
        </w:tc>
        <w:tc>
          <w:tcPr>
            <w:tcW w:w="1440" w:type="dxa"/>
          </w:tcPr>
          <w:p w14:paraId="028DEB04" w14:textId="77777777" w:rsidR="000B1EAE" w:rsidRDefault="00000000">
            <w:r>
              <w:t>111 x 111 cm</w:t>
            </w:r>
            <w:r>
              <w:br/>
              <w:t>Rozmery rámu: 123 x 123 cm</w:t>
            </w:r>
            <w:r>
              <w:br/>
              <w:t>Výška nad podlahou: 111 cm</w:t>
            </w:r>
          </w:p>
        </w:tc>
      </w:tr>
      <w:tr w:rsidR="000B1EAE" w14:paraId="20A2AD11" w14:textId="77777777" w:rsidTr="001B417B">
        <w:tc>
          <w:tcPr>
            <w:tcW w:w="675" w:type="dxa"/>
          </w:tcPr>
          <w:p w14:paraId="0281FA70" w14:textId="77777777" w:rsidR="000B1EAE" w:rsidRDefault="00000000">
            <w:r>
              <w:t>8</w:t>
            </w:r>
          </w:p>
        </w:tc>
        <w:tc>
          <w:tcPr>
            <w:tcW w:w="2205" w:type="dxa"/>
          </w:tcPr>
          <w:p w14:paraId="4F713E34" w14:textId="77777777" w:rsidR="000B1EAE" w:rsidRDefault="000B1EAE"/>
        </w:tc>
        <w:tc>
          <w:tcPr>
            <w:tcW w:w="1440" w:type="dxa"/>
          </w:tcPr>
          <w:p w14:paraId="466C2E7A" w14:textId="77777777" w:rsidR="000B1EAE" w:rsidRDefault="00000000">
            <w:r>
              <w:t>1234567890</w:t>
            </w:r>
          </w:p>
        </w:tc>
        <w:tc>
          <w:tcPr>
            <w:tcW w:w="1440" w:type="dxa"/>
          </w:tcPr>
          <w:p w14:paraId="3F3FEA24" w14:textId="77777777" w:rsidR="000B1EAE" w:rsidRDefault="000B1EAE"/>
        </w:tc>
        <w:tc>
          <w:tcPr>
            <w:tcW w:w="1440" w:type="dxa"/>
          </w:tcPr>
          <w:p w14:paraId="12064F88" w14:textId="77777777" w:rsidR="000B1EAE" w:rsidRDefault="00000000">
            <w:r>
              <w:t>Meno Meno</w:t>
            </w:r>
            <w:r>
              <w:br/>
              <w:t>Názov, rok</w:t>
            </w:r>
            <w:r>
              <w:br/>
              <w:t>Médium, technika</w:t>
            </w:r>
          </w:p>
        </w:tc>
        <w:tc>
          <w:tcPr>
            <w:tcW w:w="1440" w:type="dxa"/>
          </w:tcPr>
          <w:p w14:paraId="1725CFD4" w14:textId="77777777" w:rsidR="000B1EAE" w:rsidRDefault="00000000">
            <w:r>
              <w:t>111 x 111 cm</w:t>
            </w:r>
            <w:r>
              <w:br/>
              <w:t>Rozmery rámu: 123 x 123 cm</w:t>
            </w:r>
            <w:r>
              <w:br/>
              <w:t>Výška nad podlahou: 111 cm</w:t>
            </w:r>
          </w:p>
        </w:tc>
      </w:tr>
      <w:tr w:rsidR="000B1EAE" w14:paraId="0DEE4C90" w14:textId="77777777" w:rsidTr="001B417B">
        <w:tc>
          <w:tcPr>
            <w:tcW w:w="675" w:type="dxa"/>
          </w:tcPr>
          <w:p w14:paraId="1BD62FBB" w14:textId="77777777" w:rsidR="000B1EAE" w:rsidRDefault="00000000">
            <w:r>
              <w:t>9</w:t>
            </w:r>
          </w:p>
        </w:tc>
        <w:tc>
          <w:tcPr>
            <w:tcW w:w="2205" w:type="dxa"/>
          </w:tcPr>
          <w:p w14:paraId="02F1E883" w14:textId="77777777" w:rsidR="000B1EAE" w:rsidRDefault="000B1EAE"/>
        </w:tc>
        <w:tc>
          <w:tcPr>
            <w:tcW w:w="1440" w:type="dxa"/>
          </w:tcPr>
          <w:p w14:paraId="15719952" w14:textId="77777777" w:rsidR="000B1EAE" w:rsidRDefault="00000000">
            <w:r>
              <w:t>1234567890</w:t>
            </w:r>
          </w:p>
        </w:tc>
        <w:tc>
          <w:tcPr>
            <w:tcW w:w="1440" w:type="dxa"/>
          </w:tcPr>
          <w:p w14:paraId="4213AD51" w14:textId="77777777" w:rsidR="000B1EAE" w:rsidRDefault="000B1EAE"/>
        </w:tc>
        <w:tc>
          <w:tcPr>
            <w:tcW w:w="1440" w:type="dxa"/>
          </w:tcPr>
          <w:p w14:paraId="07ECD4B2" w14:textId="77777777" w:rsidR="000B1EAE" w:rsidRDefault="00000000">
            <w:r>
              <w:t>Meno Meno</w:t>
            </w:r>
            <w:r>
              <w:br/>
              <w:t>Názov, rok</w:t>
            </w:r>
            <w:r>
              <w:br/>
              <w:t>Médium, technika</w:t>
            </w:r>
          </w:p>
        </w:tc>
        <w:tc>
          <w:tcPr>
            <w:tcW w:w="1440" w:type="dxa"/>
          </w:tcPr>
          <w:p w14:paraId="23A86318" w14:textId="77777777" w:rsidR="000B1EAE" w:rsidRDefault="00000000">
            <w:r>
              <w:t>111 x 111 cm</w:t>
            </w:r>
            <w:r>
              <w:br/>
              <w:t>Rozmery rámu: 123 x 123 cm</w:t>
            </w:r>
            <w:r>
              <w:br/>
              <w:t>Výška nad podlahou: 111 cm</w:t>
            </w:r>
          </w:p>
        </w:tc>
      </w:tr>
      <w:tr w:rsidR="000B1EAE" w14:paraId="46DF8DE5" w14:textId="77777777" w:rsidTr="001B417B">
        <w:tc>
          <w:tcPr>
            <w:tcW w:w="675" w:type="dxa"/>
          </w:tcPr>
          <w:p w14:paraId="09FBF6AC" w14:textId="77777777" w:rsidR="000B1EAE" w:rsidRDefault="00000000">
            <w:r>
              <w:t>10</w:t>
            </w:r>
          </w:p>
        </w:tc>
        <w:tc>
          <w:tcPr>
            <w:tcW w:w="2205" w:type="dxa"/>
          </w:tcPr>
          <w:p w14:paraId="2232ED77" w14:textId="77777777" w:rsidR="000B1EAE" w:rsidRDefault="000B1EAE"/>
        </w:tc>
        <w:tc>
          <w:tcPr>
            <w:tcW w:w="1440" w:type="dxa"/>
          </w:tcPr>
          <w:p w14:paraId="16CCC4ED" w14:textId="77777777" w:rsidR="000B1EAE" w:rsidRDefault="00000000">
            <w:r>
              <w:t>1234567890</w:t>
            </w:r>
          </w:p>
        </w:tc>
        <w:tc>
          <w:tcPr>
            <w:tcW w:w="1440" w:type="dxa"/>
          </w:tcPr>
          <w:p w14:paraId="48AB71A4" w14:textId="77777777" w:rsidR="000B1EAE" w:rsidRDefault="000B1EAE"/>
        </w:tc>
        <w:tc>
          <w:tcPr>
            <w:tcW w:w="1440" w:type="dxa"/>
          </w:tcPr>
          <w:p w14:paraId="74338D99" w14:textId="77777777" w:rsidR="000B1EAE" w:rsidRDefault="00000000">
            <w:r>
              <w:t>Meno Meno</w:t>
            </w:r>
            <w:r>
              <w:br/>
              <w:t>Názov, rok</w:t>
            </w:r>
            <w:r>
              <w:br/>
              <w:t>Médium, technika</w:t>
            </w:r>
          </w:p>
        </w:tc>
        <w:tc>
          <w:tcPr>
            <w:tcW w:w="1440" w:type="dxa"/>
          </w:tcPr>
          <w:p w14:paraId="78CC0B6F" w14:textId="77777777" w:rsidR="000B1EAE" w:rsidRDefault="00000000">
            <w:r>
              <w:t>111 x 111 cm</w:t>
            </w:r>
            <w:r>
              <w:br/>
              <w:t>Rozmery rámu: 123 x 123 cm</w:t>
            </w:r>
            <w:r>
              <w:br/>
              <w:t>Výška nad podlahou: 111 cm</w:t>
            </w:r>
          </w:p>
        </w:tc>
      </w:tr>
      <w:tr w:rsidR="000B1EAE" w14:paraId="38AADCC8" w14:textId="77777777" w:rsidTr="001B417B">
        <w:tc>
          <w:tcPr>
            <w:tcW w:w="675" w:type="dxa"/>
          </w:tcPr>
          <w:p w14:paraId="09536BAD" w14:textId="77777777" w:rsidR="000B1EAE" w:rsidRDefault="00000000">
            <w:r>
              <w:t>11</w:t>
            </w:r>
          </w:p>
        </w:tc>
        <w:tc>
          <w:tcPr>
            <w:tcW w:w="2205" w:type="dxa"/>
          </w:tcPr>
          <w:p w14:paraId="60568B63" w14:textId="77777777" w:rsidR="000B1EAE" w:rsidRDefault="000B1EAE"/>
        </w:tc>
        <w:tc>
          <w:tcPr>
            <w:tcW w:w="1440" w:type="dxa"/>
          </w:tcPr>
          <w:p w14:paraId="732E3000" w14:textId="77777777" w:rsidR="000B1EAE" w:rsidRDefault="00000000">
            <w:r>
              <w:t>1234567890</w:t>
            </w:r>
          </w:p>
        </w:tc>
        <w:tc>
          <w:tcPr>
            <w:tcW w:w="1440" w:type="dxa"/>
          </w:tcPr>
          <w:p w14:paraId="4DF46470" w14:textId="77777777" w:rsidR="000B1EAE" w:rsidRDefault="000B1EAE"/>
        </w:tc>
        <w:tc>
          <w:tcPr>
            <w:tcW w:w="1440" w:type="dxa"/>
          </w:tcPr>
          <w:p w14:paraId="33BE00DE" w14:textId="77777777" w:rsidR="000B1EAE" w:rsidRDefault="00000000">
            <w:r>
              <w:t>Meno Meno</w:t>
            </w:r>
            <w:r>
              <w:br/>
              <w:t>Názov, rok</w:t>
            </w:r>
            <w:r>
              <w:br/>
              <w:t>Médium, technika</w:t>
            </w:r>
          </w:p>
        </w:tc>
        <w:tc>
          <w:tcPr>
            <w:tcW w:w="1440" w:type="dxa"/>
          </w:tcPr>
          <w:p w14:paraId="1B3418DF" w14:textId="77777777" w:rsidR="000B1EAE" w:rsidRDefault="00000000">
            <w:r>
              <w:t>111 x 111 cm</w:t>
            </w:r>
            <w:r>
              <w:br/>
              <w:t>Rozmery rámu: 123 x 123 cm</w:t>
            </w:r>
            <w:r>
              <w:br/>
              <w:t>Výška nad podlahou: 111 cm</w:t>
            </w:r>
          </w:p>
        </w:tc>
      </w:tr>
      <w:tr w:rsidR="000B1EAE" w14:paraId="1CC91634" w14:textId="77777777" w:rsidTr="001B417B">
        <w:tc>
          <w:tcPr>
            <w:tcW w:w="675" w:type="dxa"/>
          </w:tcPr>
          <w:p w14:paraId="0DE4C039" w14:textId="77777777" w:rsidR="000B1EAE" w:rsidRDefault="00000000">
            <w:r>
              <w:t>12</w:t>
            </w:r>
          </w:p>
        </w:tc>
        <w:tc>
          <w:tcPr>
            <w:tcW w:w="2205" w:type="dxa"/>
          </w:tcPr>
          <w:p w14:paraId="1BAEFCD6" w14:textId="77777777" w:rsidR="000B1EAE" w:rsidRDefault="000B1EAE"/>
        </w:tc>
        <w:tc>
          <w:tcPr>
            <w:tcW w:w="1440" w:type="dxa"/>
          </w:tcPr>
          <w:p w14:paraId="23266513" w14:textId="77777777" w:rsidR="000B1EAE" w:rsidRDefault="00000000">
            <w:r>
              <w:t>1234567890</w:t>
            </w:r>
          </w:p>
        </w:tc>
        <w:tc>
          <w:tcPr>
            <w:tcW w:w="1440" w:type="dxa"/>
          </w:tcPr>
          <w:p w14:paraId="130060BF" w14:textId="77777777" w:rsidR="000B1EAE" w:rsidRDefault="000B1EAE"/>
        </w:tc>
        <w:tc>
          <w:tcPr>
            <w:tcW w:w="1440" w:type="dxa"/>
          </w:tcPr>
          <w:p w14:paraId="108C46DF" w14:textId="77777777" w:rsidR="000B1EAE" w:rsidRDefault="00000000">
            <w:r>
              <w:t>Meno Meno</w:t>
            </w:r>
            <w:r>
              <w:br/>
              <w:t>Názov, rok</w:t>
            </w:r>
            <w:r>
              <w:br/>
              <w:t>Médium, technika</w:t>
            </w:r>
          </w:p>
        </w:tc>
        <w:tc>
          <w:tcPr>
            <w:tcW w:w="1440" w:type="dxa"/>
          </w:tcPr>
          <w:p w14:paraId="7087976D" w14:textId="77777777" w:rsidR="000B1EAE" w:rsidRDefault="00000000">
            <w:r>
              <w:t>111 x 111 cm</w:t>
            </w:r>
            <w:r>
              <w:br/>
              <w:t>Rozmery rámu: 123 x 123 cm</w:t>
            </w:r>
            <w:r>
              <w:br/>
            </w:r>
            <w:r>
              <w:lastRenderedPageBreak/>
              <w:t>Výška nad podlahou: 111 cm</w:t>
            </w:r>
          </w:p>
        </w:tc>
      </w:tr>
    </w:tbl>
    <w:p w14:paraId="6965880E" w14:textId="77777777" w:rsidR="006E4D54" w:rsidRDefault="006E4D54"/>
    <w:sectPr w:rsidR="006E4D5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649693">
    <w:abstractNumId w:val="8"/>
  </w:num>
  <w:num w:numId="2" w16cid:durableId="947540584">
    <w:abstractNumId w:val="6"/>
  </w:num>
  <w:num w:numId="3" w16cid:durableId="475486914">
    <w:abstractNumId w:val="5"/>
  </w:num>
  <w:num w:numId="4" w16cid:durableId="1260798815">
    <w:abstractNumId w:val="4"/>
  </w:num>
  <w:num w:numId="5" w16cid:durableId="754909350">
    <w:abstractNumId w:val="7"/>
  </w:num>
  <w:num w:numId="6" w16cid:durableId="1956476045">
    <w:abstractNumId w:val="3"/>
  </w:num>
  <w:num w:numId="7" w16cid:durableId="828981730">
    <w:abstractNumId w:val="2"/>
  </w:num>
  <w:num w:numId="8" w16cid:durableId="352926833">
    <w:abstractNumId w:val="1"/>
  </w:num>
  <w:num w:numId="9" w16cid:durableId="11975044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1EAE"/>
    <w:rsid w:val="0015074B"/>
    <w:rsid w:val="001B417B"/>
    <w:rsid w:val="0029639D"/>
    <w:rsid w:val="00326F90"/>
    <w:rsid w:val="00377FCB"/>
    <w:rsid w:val="006E4D5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8FF5B8"/>
  <w14:defaultImageDpi w14:val="300"/>
  <w15:docId w15:val="{56E91436-1C8B-F64E-ADA9-DEFFB785B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Katarina Krivosudska</cp:lastModifiedBy>
  <cp:revision>2</cp:revision>
  <dcterms:created xsi:type="dcterms:W3CDTF">2013-12-23T23:15:00Z</dcterms:created>
  <dcterms:modified xsi:type="dcterms:W3CDTF">2026-10-13T09:08:00Z</dcterms:modified>
  <cp:category/>
</cp:coreProperties>
</file>